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п. 13 ПП 2464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Перечень профессий и должностей, освобождённых от первичного инструктажа на рабочем месте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Настоящий Перечень профессий и должностей, освобождённых от первичного инструктажа на рабочем месте (далее — Перечень), разработан в соответствии с пунктом 13 ПП 2464.</w:t>
      </w:r>
    </w:p>
    <w:p>
      <w:pPr>
        <w:ind w:firstLine="567"/>
        <w:jc w:val="both"/>
      </w:pPr>
      <w:r>
        <w:t>Первичный инструктаж на рабочем месте не проводится для работников [Наименование организации], чья профессиональная деятельность не связана с:</w:t>
      </w:r>
    </w:p>
    <w:p>
      <w:pPr>
        <w:ind w:left="340"/>
        <w:jc w:val="both"/>
      </w:pPr>
      <w:r>
        <w:t>1) эксплуатацией, обслуживанием, ремонтом оборудования;</w:t>
      </w:r>
    </w:p>
    <w:p>
      <w:pPr>
        <w:ind w:left="340"/>
        <w:jc w:val="both"/>
      </w:pPr>
      <w:r>
        <w:t>2) использованием электрифицированного или иного инструмента;</w:t>
      </w:r>
    </w:p>
    <w:p>
      <w:pPr>
        <w:ind w:left="340"/>
        <w:jc w:val="both"/>
      </w:pPr>
      <w:r>
        <w:t>3) хранением и применением сырья и материалов.</w:t>
      </w:r>
    </w:p>
    <w:p>
      <w:pPr>
        <w:ind w:firstLine="567"/>
        <w:jc w:val="both"/>
      </w:pPr>
      <w:r>
        <w:t>Работники, включённые в настоящий Перечень, освобождаются от первичного инструктажа на рабочем месте. Работники, не включённые в Перечень, проходят первичный инструктаж на рабочем месте в порядке, установленном законодательством.</w:t>
      </w:r>
    </w:p>
    <w:p>
      <w:pPr>
        <w:spacing w:before="200"/>
      </w:pPr>
      <w:r>
        <w:rPr>
          <w:b/>
          <w:color w:val="186872"/>
          <w:sz w:val="24"/>
        </w:rPr>
        <w:t>2. Перечень профессий и должностей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Должность/профессия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Структурное подразделение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Основание освобождения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Бухгалтер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Бухгалтерия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Не связана с эксплуатацией, обслуживанием, ремонтом оборудования, использованием электрифицированного или иного инструмента, хранением и применением сырья и материалов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Менеджер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Отдел продаж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Не связана с эксплуатацией, обслуживанием, ремонтом оборудования, использованием электрифицированного или иного инструмента, хранением и применением сырья и материалов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Юрист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Юридический отдел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Не связана с эксплуатацией, обслуживанием, ремонтом оборудования, использованием электрифицированного или иного инструмента, хранением и применением сырья и материалов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Экономист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Планово-экономический отдел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Не связана с эксплуатацией, обслуживанием, ремонтом оборудования, использованием электрифицированного или иного инструмента, хранением и применением сырья и материалов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